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ואירועים מרכזיים בחייו ובפועלו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בין אישים, ארגונים ואירועים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מונחים לפירושם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מחתרת שנאבקה בבריטים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ספינת נשק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ניצחון בבחירות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הסכמי שלום עם מצרים ב-1978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לוחמים שהוצאו להורג בידי הבריטים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שניהם קיבלו את הפרס על הסכם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אצ״ל הייתה מחתרת, בית״ר הייתה תנועת הנוער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השינוי הפוליטי שחל 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האלטלנה הייתה ספינת נשק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ההסכמים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שיקום שכונות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משחק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(הוענק לבגין ולסאדאת)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(לוחמי מחתרת שהוצאו להורג בידי הבריטים)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(מחתרת שנאבקה בשלטון הבריטי)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(ניצחון בבחירות 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(ספינת נשק ועולים,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(הסכמי מסגרת לשלום, 1978)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בבית״ר כצעיר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הנהגת אצ״ל במאבק נגד הבריטים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פרשת האלטלנה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ניצחון בבחירות וההמהפך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קבלת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הסבר ענייני על אחד המושגים (למשל קמפ דייוויד, אצ״ל, אלטלנה) וחשיבותו ההיסטורית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אצ״ל מחתרת לוחמת, בית״ר תנועת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הסכמי שלום עם מצרים ב-1978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 הליכוד בבחירות ושינוי שלטוני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ההתאמה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קצר את הרקע ההיסטורי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השאלה הפתוחה לדיון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חשוב בישראל. הוא נלחם נגד הבריטים ואחר כך עשה שלום. בדף נלמד מילים חשובות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מחתרת יהודית שנאבקה בשלטון הבריטי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 הגרדום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 מחתרת שהוצאו להורג בידי הבריטים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אלטלנה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ספינה שהביאה נשק ועולים בשנת 1948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השינוי הפוליטי בעקבות ניצחון הליכוד בבחירות 1977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קמפ דייוויד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מסגרת לשלום בין ישראל למצרים, 1978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בית״ר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נוער ציונית שבה צמח בגין כצעיר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 לשלום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שהוענק לבגין ולסאדאת על הסכם השלום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שיקום שכונות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 ממשלתי לשיפור תנאי דיור בשכונות מצוקה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מחתרת שנאבקה בבריטים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פוליטית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שיקום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קיבל את הפרס יחד עם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ספינת נשק ועולים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במהפך?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 בבחירות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שיקום שכונות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קמפ דייוויד?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הסכמי שלום עם מצרים ב-1978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דיור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היו עולי הגרדום?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לוחמים שהוצאו להורג בידי הבריטים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נובל לשלום הוענק לבגין ולסאדאת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אצ״ל הייתה תנועת נוער ציונית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המהפך מתייחס לניצחון בבחירות 1977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האלטלנה הייתה פרויקט לשיקום שכונות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קמפ דייוויד הם הסכמי מסגרת לשלום משנת 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הייתה תנועת נוער ציונית שבה צמח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הייתה ספינה שהביאה נשק ועולים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פרויקט __________ נועד לשפר תנאי דיור בשכונות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הייתה מחתרת שנאבקה בשלטון הבריטי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בשנת 1977 חל ה__________ בעקבות ניצחון בבחירות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משחק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מחתרת שנאבקה בשלטון הבריטי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ניצחון בבחירות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הסכמי מסגרת לשלום, 1978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ספינת נשק ועולים,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הוענק לבגין ולסאדאת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קמפ דייוויד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לוחמי מחתרת שהוצאו להורג בידי הבריטים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קמפ דייוויד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ניצחון בבחירות וההמהפך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האלטלנה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בבית״ר כצעיר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הנהגת אצ״ל במאבק נגד הבריטים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מהאירועים או המושגים שלמדתם עליהם, והסבירו מדוע הוא חשוב בתולדות המדינה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אצ״ל לבית״ר?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הסכמי קמפ דייוויד?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במהפך ב-1977?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